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53F25"/>
        </w:rPr>
        <w:t>Business Plan</w:t>
      </w:r>
    </w:p>
    <w:p>
      <w:r>
        <w:rPr>
          <w:i/>
        </w:rPr>
        <w:t>[Company name]  |  Prepared by [name], [date]</w:t>
      </w:r>
    </w:p>
    <w:p>
      <w:pPr>
        <w:pStyle w:val="Heading1"/>
      </w:pPr>
      <w:r>
        <w:rPr>
          <w:color w:val="153F25"/>
        </w:rPr>
        <w:t>1. Services and subniche</w:t>
      </w:r>
    </w:p>
    <w:p>
      <w:pPr>
        <w:pStyle w:val="ListBullet"/>
      </w:pPr>
      <w:r>
        <w:rPr>
          <w:b w:val="0"/>
        </w:rPr>
        <w:t>The services we sell: ______</w:t>
      </w:r>
    </w:p>
    <w:p>
      <w:pPr>
        <w:pStyle w:val="ListBullet"/>
      </w:pPr>
      <w:r>
        <w:rPr>
          <w:b w:val="0"/>
        </w:rPr>
        <w:t>The 1 or 2 that make us the most money: ______</w:t>
      </w:r>
    </w:p>
    <w:p>
      <w:pPr>
        <w:pStyle w:val="ListBullet"/>
      </w:pPr>
      <w:r>
        <w:rPr>
          <w:b w:val="0"/>
        </w:rPr>
        <w:t>The work we want more of: ______</w:t>
      </w:r>
    </w:p>
    <w:p>
      <w:pPr>
        <w:pStyle w:val="ListBullet"/>
      </w:pPr>
      <w:r>
        <w:rPr>
          <w:b w:val="0"/>
        </w:rPr>
        <w:t>The work we want less of, or will stop: ______</w:t>
      </w:r>
    </w:p>
    <w:p>
      <w:pPr>
        <w:pStyle w:val="Heading1"/>
      </w:pPr>
      <w:r>
        <w:rPr>
          <w:color w:val="153F25"/>
        </w:rPr>
        <w:t>2. Target customers and service area</w:t>
      </w:r>
    </w:p>
    <w:p>
      <w:pPr>
        <w:pStyle w:val="ListBullet"/>
      </w:pPr>
      <w:r>
        <w:rPr>
          <w:b w:val="0"/>
        </w:rPr>
        <w:t>Our best customer (residential/commercial, property type, what they value): ______</w:t>
      </w:r>
    </w:p>
    <w:p>
      <w:pPr>
        <w:pStyle w:val="ListBullet"/>
      </w:pPr>
      <w:r>
        <w:rPr>
          <w:b w:val="0"/>
        </w:rPr>
        <w:t>Where we work (towns, zip codes, or a radius from the shop): ______</w:t>
      </w:r>
    </w:p>
    <w:p>
      <w:pPr>
        <w:pStyle w:val="ListBullet"/>
      </w:pPr>
      <w:r>
        <w:rPr>
          <w:b w:val="0"/>
        </w:rPr>
        <w:t>Why a customer picks us over the next company: ______</w:t>
      </w:r>
    </w:p>
    <w:p>
      <w:pPr>
        <w:pStyle w:val="Heading1"/>
      </w:pPr>
      <w:r>
        <w:rPr>
          <w:color w:val="153F25"/>
        </w:rPr>
        <w:t>3. Pricing and margins</w:t>
      </w:r>
    </w:p>
    <w:p>
      <w:pPr>
        <w:pStyle w:val="ListBullet"/>
      </w:pPr>
      <w:r>
        <w:rPr>
          <w:b w:val="0"/>
        </w:rPr>
        <w:t>Our burdened labor cost per hour: ______</w:t>
      </w:r>
    </w:p>
    <w:p>
      <w:pPr>
        <w:pStyle w:val="ListBullet"/>
      </w:pPr>
      <w:r>
        <w:rPr>
          <w:b w:val="0"/>
        </w:rPr>
        <w:t>Our overhead per labor hour (or % of direct cost): ______</w:t>
      </w:r>
    </w:p>
    <w:p>
      <w:pPr>
        <w:pStyle w:val="ListBullet"/>
      </w:pPr>
      <w:r>
        <w:rPr>
          <w:b w:val="0"/>
        </w:rPr>
        <w:t>The net margin we're aiming for: ______%</w:t>
      </w:r>
    </w:p>
    <w:p>
      <w:pPr>
        <w:pStyle w:val="ListBullet"/>
      </w:pPr>
      <w:r>
        <w:rPr>
          <w:b w:val="0"/>
        </w:rPr>
        <w:t>Price for each main service (from the calculator):</w:t>
      </w:r>
    </w:p>
    <w:p>
      <w:pPr>
        <w:pStyle w:val="ListBullet"/>
      </w:pPr>
      <w:r>
        <w:rPr>
          <w:b w:val="0"/>
        </w:rPr>
        <w:t>Service: ______   Price: ______   Margin: ______%</w:t>
      </w:r>
    </w:p>
    <w:p>
      <w:pPr>
        <w:pStyle w:val="ListBullet"/>
      </w:pPr>
      <w:r>
        <w:rPr>
          <w:b w:val="0"/>
        </w:rPr>
        <w:t>Service: ______   Price: ______   Margin: ______%</w:t>
      </w:r>
    </w:p>
    <w:p>
      <w:pPr>
        <w:pStyle w:val="ListBullet"/>
      </w:pPr>
      <w:r>
        <w:rPr>
          <w:b w:val="0"/>
        </w:rPr>
        <w:t>Service: ______   Price: ______   Margin: ______%</w:t>
      </w:r>
    </w:p>
    <w:p>
      <w:pPr>
        <w:pStyle w:val="Heading1"/>
      </w:pPr>
      <w:r>
        <w:rPr>
          <w:color w:val="153F25"/>
        </w:rPr>
        <w:t>4. Crews and hiring</w:t>
      </w:r>
    </w:p>
    <w:p>
      <w:pPr>
        <w:pStyle w:val="ListBullet"/>
      </w:pPr>
      <w:r>
        <w:rPr>
          <w:b w:val="0"/>
        </w:rPr>
        <w:t>People we need at the peak of the season: ______</w:t>
      </w:r>
    </w:p>
    <w:p>
      <w:pPr>
        <w:pStyle w:val="ListBullet"/>
      </w:pPr>
      <w:r>
        <w:rPr>
          <w:b w:val="0"/>
        </w:rPr>
        <w:t>Roles, and what each one pays: ______</w:t>
      </w:r>
    </w:p>
    <w:p>
      <w:pPr>
        <w:pStyle w:val="ListBullet"/>
      </w:pPr>
      <w:r>
        <w:rPr>
          <w:b w:val="0"/>
        </w:rPr>
        <w:t>Where we'll find them: ______</w:t>
      </w:r>
    </w:p>
    <w:p>
      <w:pPr>
        <w:pStyle w:val="ListBullet"/>
      </w:pPr>
      <w:r>
        <w:rPr>
          <w:b w:val="0"/>
        </w:rPr>
        <w:t>When we'll start hiring: ______</w:t>
      </w:r>
    </w:p>
    <w:p>
      <w:pPr>
        <w:pStyle w:val="ListBullet"/>
      </w:pPr>
      <w:r>
        <w:rPr>
          <w:b w:val="0"/>
        </w:rPr>
        <w:t>Who trains new people, and how: ______</w:t>
      </w:r>
    </w:p>
    <w:p>
      <w:pPr>
        <w:pStyle w:val="Heading1"/>
      </w:pPr>
      <w:r>
        <w:rPr>
          <w:color w:val="153F25"/>
        </w:rPr>
        <w:t>5. Marketing and how we'll measure it</w:t>
      </w:r>
    </w:p>
    <w:p>
      <w:r>
        <w:rPr>
          <w:b w:val="0"/>
        </w:rPr>
        <w:t>For each source (referrals, Google search, Google Business Profile, Local Services Ads, Facebook, mail, signs, other):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Monthly spend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Booked jobs expected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Value of those jobs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ListBullet"/>
      </w:pPr>
      <w:r>
        <w:rPr>
          <w:b w:val="0"/>
        </w:rPr>
        <w:t>How we'll track which source each booked job came from: ______</w:t>
      </w:r>
    </w:p>
    <w:p>
      <w:pPr>
        <w:pStyle w:val="ListBullet"/>
      </w:pPr>
      <w:r>
        <w:rPr>
          <w:b w:val="0"/>
        </w:rPr>
        <w:t>The number we'll judge marketing by (booked jobs and their value, not leads): ______</w:t>
      </w:r>
    </w:p>
    <w:p>
      <w:pPr>
        <w:pStyle w:val="Heading1"/>
      </w:pPr>
      <w:r>
        <w:rPr>
          <w:color w:val="153F25"/>
        </w:rPr>
        <w:t>6. Seasonal cash plan</w:t>
      </w:r>
    </w:p>
    <w:p>
      <w:pPr>
        <w:pStyle w:val="ListBullet"/>
      </w:pPr>
      <w:r>
        <w:rPr>
          <w:b w:val="0"/>
        </w:rPr>
        <w:t>Busy season: from ______ to ______</w:t>
      </w:r>
    </w:p>
    <w:p>
      <w:pPr>
        <w:pStyle w:val="ListBullet"/>
      </w:pPr>
      <w:r>
        <w:rPr>
          <w:b w:val="0"/>
        </w:rPr>
        <w:t>Payroll peaks in: ______</w:t>
      </w:r>
    </w:p>
    <w:p>
      <w:pPr>
        <w:pStyle w:val="ListBullet"/>
      </w:pPr>
      <w:r>
        <w:rPr>
          <w:b w:val="0"/>
        </w:rPr>
        <w:t>Big bills and when they land (insurance, equipment, taxes): ______</w:t>
      </w:r>
    </w:p>
    <w:p>
      <w:pPr>
        <w:pStyle w:val="ListBullet"/>
      </w:pPr>
      <w:r>
        <w:rPr>
          <w:b w:val="0"/>
        </w:rPr>
        <w:t>How we'll cover the slow months: ______</w:t>
      </w:r>
    </w:p>
    <w:p>
      <w:pPr>
        <w:pStyle w:val="ListBullet"/>
      </w:pPr>
      <w:r>
        <w:rPr>
          <w:b w:val="0"/>
        </w:rPr>
        <w:t>Cash we want in reserve before winter: ______</w:t>
      </w:r>
    </w:p>
    <w:p>
      <w:pPr>
        <w:pStyle w:val="Heading1"/>
      </w:pPr>
      <w:r>
        <w:rPr>
          <w:color w:val="153F25"/>
        </w:rPr>
        <w:t>7. 12-month numbers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Month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Revenue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Direct costs (labor, materials, equipment)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Overhead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Profit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440"/>
          </w:tcPr>
          <w:p>
            <w:r>
              <w:t>Month 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3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4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6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7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8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9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10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11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Month 12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rPr>
          <w:b/>
        </w:rPr>
        <w:t>Review dates:</w:t>
      </w:r>
      <w:r>
        <w:rPr>
          <w:b w:val="0"/>
        </w:rPr>
        <w:t xml:space="preserve"> Before the season ______   Mid-season ______   End of season ______</w:t>
      </w:r>
    </w:p>
    <w:p>
      <w:r>
        <w:rPr>
          <w:b w:val="0"/>
          <w:i/>
          <w:sz w:val="18"/>
        </w:rPr>
        <w:t>Free template from Lucrative Landscaping. lucrativelandscaping.com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</dc:title>
  <dc:subject/>
  <dc:creator>Lucrative Landscaping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