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53F25"/>
        </w:rPr>
        <w:t>Landscaping Hiring Toolkit</w:t>
      </w:r>
    </w:p>
    <w:p>
      <w:r>
        <w:rPr>
          <w:i/>
        </w:rPr>
        <w:t>Job ad template  |  Ten interview questions  |  Pay-rate worksheet</w:t>
      </w:r>
    </w:p>
    <w:p>
      <w:pPr>
        <w:pStyle w:val="Heading1"/>
      </w:pPr>
      <w:r>
        <w:rPr>
          <w:color w:val="153F25"/>
        </w:rPr>
        <w:t>1. The job ad (template)</w:t>
      </w:r>
    </w:p>
    <w:p>
      <w:r>
        <w:rPr>
          <w:b w:val="0"/>
        </w:rPr>
        <w:t>Write the ad like a short commercial for your company. The person reading it is deciding whether you're worth working for, so tell them. Don't use it to screen people out; that's what the application and interview are for.</w:t>
      </w:r>
    </w:p>
    <w:p>
      <w:r>
        <w:rPr>
          <w:b/>
        </w:rPr>
        <w:t>[Job title] at [Company name], [Town/area]</w:t>
      </w:r>
    </w:p>
    <w:p>
      <w:r>
        <w:rPr>
          <w:b w:val="0"/>
        </w:rPr>
        <w:t>If you're looking for [a steady outdoor job with a crew that works well together / a career with room to grow], you're in the right place.</w:t>
      </w:r>
    </w:p>
    <w:p>
      <w:r>
        <w:rPr>
          <w:b w:val="0"/>
        </w:rPr>
        <w:t>[Company name] has been [mowing / building patios / maintaining commercial properties] in [area] since [year]. We're [growing / adding a crew], and we're looking for [number] [role].</w:t>
      </w:r>
    </w:p>
    <w:p>
      <w:r>
        <w:rPr>
          <w:b/>
        </w:rPr>
        <w:t>Why work with us:</w:t>
      </w:r>
    </w:p>
    <w:p>
      <w:pPr>
        <w:pStyle w:val="ListBullet"/>
      </w:pPr>
      <w:r>
        <w:rPr>
          <w:b w:val="0"/>
        </w:rPr>
        <w:t>Pay: [$__ to $__ an hour, paid weekly/biweekly on time]</w:t>
      </w:r>
    </w:p>
    <w:p>
      <w:pPr>
        <w:pStyle w:val="ListBullet"/>
      </w:pPr>
      <w:r>
        <w:rPr>
          <w:b w:val="0"/>
        </w:rPr>
        <w:t>[Bonus: ______]</w:t>
      </w:r>
    </w:p>
    <w:p>
      <w:pPr>
        <w:pStyle w:val="ListBullet"/>
      </w:pPr>
      <w:r>
        <w:rPr>
          <w:b w:val="0"/>
        </w:rPr>
        <w:t>[Equipment: we maintain our equipment, so you're not fighting broken gear]</w:t>
      </w:r>
    </w:p>
    <w:p>
      <w:pPr>
        <w:pStyle w:val="ListBullet"/>
      </w:pPr>
      <w:r>
        <w:rPr>
          <w:b w:val="0"/>
        </w:rPr>
        <w:t>[Crew: ______]</w:t>
      </w:r>
    </w:p>
    <w:p>
      <w:pPr>
        <w:pStyle w:val="ListBullet"/>
      </w:pPr>
      <w:r>
        <w:rPr>
          <w:b w:val="0"/>
        </w:rPr>
        <w:t>[Growth: people who do well here move up to ______]</w:t>
      </w:r>
    </w:p>
    <w:p>
      <w:pPr>
        <w:pStyle w:val="ListBullet"/>
      </w:pPr>
      <w:r>
        <w:rPr>
          <w:b w:val="0"/>
        </w:rPr>
        <w:t>[Schedule: ______]</w:t>
      </w:r>
    </w:p>
    <w:p>
      <w:r>
        <w:rPr>
          <w:b/>
        </w:rPr>
        <w:t>What you'll do:</w:t>
      </w:r>
      <w:r>
        <w:rPr>
          <w:b w:val="0"/>
        </w:rPr>
        <w:t xml:space="preserve"> [3 to 5 plain lines about the actual work]</w:t>
      </w:r>
    </w:p>
    <w:p>
      <w:r>
        <w:rPr>
          <w:b/>
        </w:rPr>
        <w:t>What we need:</w:t>
      </w:r>
      <w:r>
        <w:rPr>
          <w:b w:val="0"/>
        </w:rPr>
        <w:t xml:space="preserve"> [driver's license? / able to lift __ lbs / experience with ______, or willing to learn]</w:t>
      </w:r>
    </w:p>
    <w:p>
      <w:r>
        <w:rPr>
          <w:b/>
        </w:rPr>
        <w:t>How to apply:</w:t>
      </w:r>
      <w:r>
        <w:rPr>
          <w:b w:val="0"/>
        </w:rPr>
        <w:t xml:space="preserve"> [Click Apply / call or text ______]. It takes about [5] minutes. We get back to every applicant within [1 week].</w:t>
      </w:r>
    </w:p>
    <w:p>
      <w:r>
        <w:rPr>
          <w:b/>
        </w:rPr>
        <w:t>Put the pay in.</w:t>
      </w:r>
      <w:r>
        <w:rPr>
          <w:b w:val="0"/>
        </w:rPr>
        <w:t xml:space="preserve"> It's the first thing every applicant wants to know. </w:t>
      </w:r>
      <w:r>
        <w:rPr>
          <w:b/>
        </w:rPr>
        <w:t>Say when they'll hear back,</w:t>
      </w:r>
      <w:r>
        <w:rPr>
          <w:b w:val="0"/>
        </w:rPr>
        <w:t xml:space="preserve"> and then do it. </w:t>
      </w:r>
      <w:r>
        <w:rPr>
          <w:b/>
        </w:rPr>
        <w:t>Don't add a season or a deadline</w:t>
      </w:r>
      <w:r>
        <w:rPr>
          <w:b w:val="0"/>
        </w:rPr>
        <w:t xml:space="preserve"> unless the job really is seasonal.</w:t>
      </w:r>
    </w:p>
    <w:p>
      <w:pPr>
        <w:pStyle w:val="Heading1"/>
      </w:pPr>
      <w:r>
        <w:rPr>
          <w:color w:val="153F25"/>
        </w:rPr>
        <w:t>2. Ten interview questions</w:t>
      </w:r>
    </w:p>
    <w:p>
      <w:r>
        <w:rPr>
          <w:b w:val="0"/>
        </w:rPr>
        <w:t>Ask every candidate the same questions, in the same order, and write down what they say.</w:t>
      </w:r>
    </w:p>
    <w:p>
      <w:pPr>
        <w:pStyle w:val="ListNumber"/>
      </w:pPr>
      <w:r>
        <w:rPr>
          <w:b w:val="0"/>
        </w:rPr>
        <w:t>What's the last outdoor or physical job you did, and what did a normal day look like?</w:t>
      </w:r>
    </w:p>
    <w:p>
      <w:pPr>
        <w:pStyle w:val="ListNumber"/>
      </w:pPr>
      <w:r>
        <w:rPr>
          <w:b w:val="0"/>
        </w:rPr>
        <w:t>Tell me about a day at work that went wrong. What happened, and what did you do?</w:t>
      </w:r>
    </w:p>
    <w:p>
      <w:pPr>
        <w:pStyle w:val="ListNumber"/>
      </w:pPr>
      <w:r>
        <w:rPr>
          <w:b w:val="0"/>
        </w:rPr>
        <w:t>How do you get to work, and how early can you start?</w:t>
      </w:r>
    </w:p>
    <w:p>
      <w:pPr>
        <w:pStyle w:val="ListNumber"/>
      </w:pPr>
      <w:r>
        <w:rPr>
          <w:b w:val="0"/>
        </w:rPr>
        <w:t>What equipment have you run? What would you need to be shown?</w:t>
      </w:r>
    </w:p>
    <w:p>
      <w:pPr>
        <w:pStyle w:val="ListNumber"/>
      </w:pPr>
      <w:r>
        <w:rPr>
          <w:b w:val="0"/>
        </w:rPr>
        <w:t>It's 90 degrees and the job isn't done at quitting time. What do you do?</w:t>
      </w:r>
    </w:p>
    <w:p>
      <w:pPr>
        <w:pStyle w:val="ListNumber"/>
      </w:pPr>
      <w:r>
        <w:rPr>
          <w:b w:val="0"/>
        </w:rPr>
        <w:t>Tell me about a time you noticed a mistake someone else made. What did you do about it?</w:t>
      </w:r>
    </w:p>
    <w:p>
      <w:pPr>
        <w:pStyle w:val="ListNumber"/>
      </w:pPr>
      <w:r>
        <w:rPr>
          <w:b w:val="0"/>
        </w:rPr>
        <w:t>What would a crew leader you've worked for say you're best at, and what they'd want you to work on?</w:t>
      </w:r>
    </w:p>
    <w:p>
      <w:pPr>
        <w:pStyle w:val="ListNumber"/>
      </w:pPr>
      <w:r>
        <w:rPr>
          <w:b w:val="0"/>
        </w:rPr>
        <w:t>What makes you want to stay at a job, and what has made you leave one?</w:t>
      </w:r>
    </w:p>
    <w:p>
      <w:pPr>
        <w:pStyle w:val="ListNumber"/>
      </w:pPr>
      <w:r>
        <w:rPr>
          <w:b w:val="0"/>
        </w:rPr>
        <w:t>A customer walks out and complains about the work while you're on site. What do you do?</w:t>
      </w:r>
    </w:p>
    <w:p>
      <w:pPr>
        <w:pStyle w:val="ListNumber"/>
      </w:pPr>
      <w:r>
        <w:rPr>
          <w:b w:val="0"/>
        </w:rPr>
        <w:t>Where would you like to be in two years, and how could this job help you get there?</w:t>
      </w:r>
    </w:p>
    <w:p>
      <w:r>
        <w:rPr>
          <w:b w:val="0"/>
        </w:rPr>
        <w:t>Listen for specifics. "I'm a hard worker" tells you nothing; "I ran the mower for two seasons and trained the new hire" tells you something.</w:t>
      </w:r>
    </w:p>
    <w:p>
      <w:pPr>
        <w:pStyle w:val="Heading1"/>
      </w:pPr>
      <w:r>
        <w:rPr>
          <w:color w:val="153F25"/>
        </w:rPr>
        <w:t>3. Pay-rate worksheet</w:t>
      </w:r>
    </w:p>
    <w:p>
      <w:r>
        <w:rPr>
          <w:b/>
        </w:rPr>
        <w:t>Part A: what the market pays</w:t>
      </w:r>
    </w:p>
    <w:p>
      <w:pPr>
        <w:pStyle w:val="ListBullet"/>
      </w:pPr>
      <w:r>
        <w:rPr>
          <w:b w:val="0"/>
        </w:rPr>
        <w:t>Role: ______</w:t>
      </w:r>
    </w:p>
    <w:p>
      <w:pPr>
        <w:pStyle w:val="ListBullet"/>
      </w:pPr>
      <w:r>
        <w:rPr>
          <w:b w:val="0"/>
        </w:rPr>
        <w:t>What other companies near you advertise for this role: $____ to $____ an hour (from job boards and ads you can see)</w:t>
      </w:r>
    </w:p>
    <w:p>
      <w:pPr>
        <w:pStyle w:val="ListBullet"/>
      </w:pPr>
      <w:r>
        <w:rPr>
          <w:b w:val="0"/>
        </w:rPr>
        <w:t>What people in this role could earn in other local jobs (warehouse, construction, retail): $____ an hour</w:t>
      </w:r>
    </w:p>
    <w:p>
      <w:pPr>
        <w:pStyle w:val="ListBullet"/>
      </w:pPr>
      <w:r>
        <w:rPr>
          <w:b w:val="0"/>
        </w:rPr>
        <w:t>What we'll offer: $____ an hour, plus [bonus / raises / benefits]</w:t>
      </w:r>
    </w:p>
    <w:p>
      <w:r>
        <w:rPr>
          <w:b/>
        </w:rPr>
        <w:t>Part B: what one hour really costs us</w:t>
      </w:r>
    </w:p>
    <w:p>
      <w:pPr>
        <w:pStyle w:val="ListBullet"/>
      </w:pPr>
      <w:r>
        <w:rPr>
          <w:b w:val="0"/>
        </w:rPr>
        <w:t>Hourly wage: $____</w:t>
      </w:r>
    </w:p>
    <w:p>
      <w:pPr>
        <w:pStyle w:val="ListBullet"/>
      </w:pPr>
      <w:r>
        <w:rPr>
          <w:b w:val="0"/>
        </w:rPr>
        <w:t>Payroll taxes (%): ____ = $____</w:t>
      </w:r>
    </w:p>
    <w:p>
      <w:pPr>
        <w:pStyle w:val="ListBullet"/>
      </w:pPr>
      <w:r>
        <w:rPr>
          <w:b w:val="0"/>
        </w:rPr>
        <w:t>Workers' comp (per hour): $____</w:t>
      </w:r>
    </w:p>
    <w:p>
      <w:pPr>
        <w:pStyle w:val="ListBullet"/>
      </w:pPr>
      <w:r>
        <w:rPr>
          <w:b w:val="0"/>
        </w:rPr>
        <w:t>Benefits and paid time off (per hour): $____</w:t>
      </w:r>
    </w:p>
    <w:p>
      <w:pPr>
        <w:pStyle w:val="ListBullet"/>
      </w:pPr>
      <w:r>
        <w:rPr>
          <w:b w:val="0"/>
        </w:rPr>
        <w:t>Other (uniforms, phone, training) per hour: $____</w:t>
      </w:r>
    </w:p>
    <w:p>
      <w:pPr>
        <w:pStyle w:val="ListBullet"/>
      </w:pPr>
      <w:r>
        <w:rPr>
          <w:b/>
        </w:rPr>
        <w:t>Burdened labor cost per hour: $____</w:t>
      </w:r>
      <w:r>
        <w:rPr>
          <w:b w:val="0"/>
        </w:rPr>
        <w:t xml:space="preserve"> (use this in the pricing calculator)</w:t>
      </w:r>
    </w:p>
    <w:p>
      <w:r>
        <w:rPr>
          <w:b/>
        </w:rPr>
        <w:t>Part C: does the job still price out?</w:t>
      </w:r>
    </w:p>
    <w:p>
      <w:pPr>
        <w:pStyle w:val="ListBullet"/>
      </w:pPr>
      <w:r>
        <w:rPr>
          <w:b w:val="0"/>
        </w:rPr>
        <w:t>At this burdened cost, run a typical job through the pricing calculator. Price: $____ Margin: ____%</w:t>
      </w:r>
    </w:p>
    <w:p>
      <w:pPr>
        <w:pStyle w:val="ListBullet"/>
      </w:pPr>
      <w:r>
        <w:rPr>
          <w:b w:val="0"/>
        </w:rPr>
        <w:t>If the margin is too thin, the choice is to raise prices, change the crew mix, or rethink the offer. Don't underpay and hope the person stays.</w:t>
      </w:r>
    </w:p>
    <w:p>
      <w:r>
        <w:rPr>
          <w:b w:val="0"/>
          <w:i/>
          <w:sz w:val="18"/>
        </w:rPr>
        <w:t>Free toolkit from Lucrative Landscaping. lucrativelandscaping.com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Hiring Toolkit</dc:title>
  <dc:subject/>
  <dc:creator>Lucrative Landscaping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